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E5735" w14:textId="77777777" w:rsidR="007E5E81" w:rsidRDefault="00077151">
      <w:pPr>
        <w:jc w:val="center"/>
      </w:pPr>
      <w:r>
        <w:rPr>
          <w:b/>
        </w:rPr>
        <w:t>UNIVERSIDAD NACIONAL DE VILLA MERCEDES</w:t>
      </w:r>
    </w:p>
    <w:p w14:paraId="77946C02" w14:textId="77777777" w:rsidR="007E5E81" w:rsidRDefault="00077151">
      <w:pPr>
        <w:pStyle w:val="Ttulo"/>
        <w:jc w:val="center"/>
      </w:pPr>
      <w:r>
        <w:t>Compromiso de renuncia condici</w:t>
      </w:r>
      <w:bookmarkStart w:id="0" w:name="_GoBack"/>
      <w:bookmarkEnd w:id="0"/>
      <w:r>
        <w:t>onada</w:t>
      </w:r>
    </w:p>
    <w:p w14:paraId="14008E2D" w14:textId="77777777" w:rsidR="007E5E81" w:rsidRDefault="00077151">
      <w:pPr>
        <w:jc w:val="center"/>
      </w:pPr>
      <w:r>
        <w:t>Por eventual incompatibilidad horaria ante una nueva designación</w:t>
      </w:r>
    </w:p>
    <w:p w14:paraId="745B1B27" w14:textId="77777777" w:rsidR="007E5E81" w:rsidRDefault="00077151">
      <w:r>
        <w:t xml:space="preserve">Lugar y fecha: </w:t>
      </w:r>
      <w:r>
        <w:t>____________________________________________________________</w:t>
      </w:r>
    </w:p>
    <w:p w14:paraId="662D99F5" w14:textId="77777777" w:rsidR="007E5E81" w:rsidRDefault="00077151">
      <w:r>
        <w:t>Al Departamento de Concursos</w:t>
      </w:r>
      <w:r>
        <w:br/>
        <w:t>Universidad Nacional de Villa Mercedes</w:t>
      </w:r>
    </w:p>
    <w:p w14:paraId="7E783054" w14:textId="77777777" w:rsidR="007E5E81" w:rsidRDefault="00077151">
      <w:pPr>
        <w:pStyle w:val="Ttulo1"/>
      </w:pPr>
      <w:r>
        <w:t>Datos del postulante y del llamado</w:t>
      </w:r>
    </w:p>
    <w:p w14:paraId="63E30F08" w14:textId="77777777" w:rsidR="007E5E81" w:rsidRDefault="00077151">
      <w:r>
        <w:t>Apellido y nombres: ________________________________________________________</w:t>
      </w:r>
      <w:r>
        <w:br/>
        <w:t>DNI: __________</w:t>
      </w:r>
      <w:r>
        <w:t>________________  CUIL: ____________________________________</w:t>
      </w:r>
      <w:r>
        <w:br/>
        <w:t>Correo electrónico: _________________________________________________________</w:t>
      </w:r>
      <w:r>
        <w:br/>
        <w:t>Tipo de proceso: ___________________________________________________________</w:t>
      </w:r>
      <w:r>
        <w:br/>
        <w:t>Resolución del llamado N.º: ____________</w:t>
      </w:r>
      <w:r>
        <w:t>__________  Expediente: ________________</w:t>
      </w:r>
      <w:r>
        <w:br/>
        <w:t>Cargo y dedicación a los que se postula: ________________________________________</w:t>
      </w:r>
      <w:r>
        <w:br/>
        <w:t>Asignatura o actividad: ______________________________________________________</w:t>
      </w:r>
      <w:r>
        <w:br/>
        <w:t>Departamento o dependencia: __________________________</w:t>
      </w:r>
      <w:r>
        <w:t>________________________</w:t>
      </w:r>
    </w:p>
    <w:p w14:paraId="18C4A450" w14:textId="77777777" w:rsidR="007E5E81" w:rsidRDefault="00077151">
      <w:pPr>
        <w:pStyle w:val="Ttulo1"/>
      </w:pPr>
      <w:r>
        <w:t>Cargo o actividad actual que podría resultar incompatible</w:t>
      </w:r>
    </w:p>
    <w:p w14:paraId="4AE054F2" w14:textId="77777777" w:rsidR="007E5E81" w:rsidRDefault="00077151">
      <w:r>
        <w:t>Institución u organismo empleador: ____________________________________________</w:t>
      </w:r>
      <w:r>
        <w:br/>
        <w:t>Cargo, función u horas cátedra: _________________________________________________</w:t>
      </w:r>
      <w:r>
        <w:br/>
        <w:t>Carácter de</w:t>
      </w:r>
      <w:r>
        <w:t xml:space="preserve"> la designación y dedicación: _________________________________________</w:t>
      </w:r>
      <w:r>
        <w:br/>
        <w:t>Carga horaria semanal y horarios de prestación: __________________________________</w:t>
      </w:r>
      <w:r>
        <w:br/>
        <w:t>__________________________________________________________________________</w:t>
      </w:r>
    </w:p>
    <w:p w14:paraId="1B27B77C" w14:textId="77777777" w:rsidR="007E5E81" w:rsidRDefault="00077151">
      <w:pPr>
        <w:pStyle w:val="Ttulo1"/>
      </w:pPr>
      <w:r>
        <w:t>Declaración y compromiso</w:t>
      </w:r>
    </w:p>
    <w:p w14:paraId="5DB6D547" w14:textId="77777777" w:rsidR="007E5E81" w:rsidRDefault="00077151" w:rsidP="005B22AC">
      <w:pPr>
        <w:jc w:val="both"/>
      </w:pPr>
      <w:r>
        <w:t>Q</w:t>
      </w:r>
      <w:r>
        <w:t>uien suscribe, en el marco de su inscripción en el proceso identificado, declara bajo juramento que la información consignada es veraz y se compromete a que, en caso de resultar seleccionado/a y disponerse su designación en el cargo al que se postula, si s</w:t>
      </w:r>
      <w:r>
        <w:t>u desempeño genera incompatibilidad horaria con el cargo o actividad actual indicado, presentará y tramitará ante la autoridad competente la renuncia a este último, a fin de regularizar su situación conforme al régimen de incompatibilidades vigente en la U</w:t>
      </w:r>
      <w:r>
        <w:t>NViMe.</w:t>
      </w:r>
    </w:p>
    <w:p w14:paraId="4A20FEB3" w14:textId="77777777" w:rsidR="007E5E81" w:rsidRDefault="00077151" w:rsidP="005B22AC">
      <w:pPr>
        <w:jc w:val="both"/>
      </w:pPr>
      <w:r>
        <w:t>A tal efecto, me comprometo a realizar las gestiones necesarias para que el cese en el cargo incompatible se haga efectivo antes de asumir las nuevas funciones, o desde la misma fecha de su inicio, sin superposición horaria, y a acreditar ante la UN</w:t>
      </w:r>
      <w:r>
        <w:t>ViMe la presentación de la renuncia y la documentación que permita verificar su efectividad, incluida su aceptación cuando corresponda.</w:t>
      </w:r>
    </w:p>
    <w:p w14:paraId="6ED8072B" w14:textId="77777777" w:rsidR="007E5E81" w:rsidRDefault="00077151" w:rsidP="005B22AC">
      <w:pPr>
        <w:jc w:val="both"/>
      </w:pPr>
      <w:r>
        <w:t>El presente compromiso queda sujeto a la efectiva designación en el nuevo cargo y a la existencia de la incompatibilidad</w:t>
      </w:r>
      <w:r>
        <w:t xml:space="preserve"> indicada. Su firma no implica una renuncia inmediata ni produce por sí sola el cese en el cargo actual; tampoco sustituye los trámites exigidos por la institución u organismo empleador.</w:t>
      </w:r>
    </w:p>
    <w:p w14:paraId="7097FD45" w14:textId="77777777" w:rsidR="007E5E81" w:rsidRDefault="00077151" w:rsidP="005B22AC">
      <w:pPr>
        <w:jc w:val="both"/>
      </w:pPr>
      <w:r>
        <w:t>Asimismo, me comprometo a presentar y mantener actualizada la declara</w:t>
      </w:r>
      <w:r>
        <w:t>ción jurada de cargos, actividades y horarios, y a comunicar cualquier modificación relevante. Entiendo que este documento no autoriza el desempeño simultáneo de funciones incompatibles ni reemplaza el control de compatibilidad que corresponde a la Univers</w:t>
      </w:r>
      <w:r>
        <w:t>idad.</w:t>
      </w:r>
    </w:p>
    <w:p w14:paraId="11DC3BA0" w14:textId="77777777" w:rsidR="005B22AC" w:rsidRDefault="005B22AC" w:rsidP="005B22AC">
      <w:pPr>
        <w:jc w:val="both"/>
      </w:pPr>
    </w:p>
    <w:p w14:paraId="48E830D5" w14:textId="77777777" w:rsidR="007E5E81" w:rsidRDefault="00077151">
      <w:proofErr w:type="spellStart"/>
      <w:r>
        <w:t>Firma</w:t>
      </w:r>
      <w:proofErr w:type="spellEnd"/>
      <w:r>
        <w:t xml:space="preserve">: ___________________________  </w:t>
      </w:r>
      <w:proofErr w:type="spellStart"/>
      <w:r>
        <w:t>Aclaración</w:t>
      </w:r>
      <w:proofErr w:type="spellEnd"/>
      <w:r>
        <w:t>: ______________________________</w:t>
      </w:r>
      <w:r>
        <w:br/>
        <w:t>DNI: ____________________________</w:t>
      </w:r>
    </w:p>
    <w:p w14:paraId="0EA62EB4" w14:textId="77777777" w:rsidR="007E5E81" w:rsidRDefault="00077151">
      <w:r>
        <w:rPr>
          <w:i/>
          <w:sz w:val="18"/>
        </w:rPr>
        <w:t>Si corresponde identificar más de un cargo, adjuntar una hoja con los mismos datos, firmada por el postulante.</w:t>
      </w:r>
    </w:p>
    <w:sectPr w:rsidR="007E5E81" w:rsidSect="00034616">
      <w:headerReference w:type="default" r:id="rId8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48C11" w14:textId="77777777" w:rsidR="00077151" w:rsidRDefault="00077151" w:rsidP="005B22AC">
      <w:pPr>
        <w:spacing w:after="0" w:line="240" w:lineRule="auto"/>
      </w:pPr>
      <w:r>
        <w:separator/>
      </w:r>
    </w:p>
  </w:endnote>
  <w:endnote w:type="continuationSeparator" w:id="0">
    <w:p w14:paraId="376B5064" w14:textId="77777777" w:rsidR="00077151" w:rsidRDefault="00077151" w:rsidP="005B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B1BB1" w14:textId="77777777" w:rsidR="00077151" w:rsidRDefault="00077151" w:rsidP="005B22AC">
      <w:pPr>
        <w:spacing w:after="0" w:line="240" w:lineRule="auto"/>
      </w:pPr>
      <w:r>
        <w:separator/>
      </w:r>
    </w:p>
  </w:footnote>
  <w:footnote w:type="continuationSeparator" w:id="0">
    <w:p w14:paraId="07E53B75" w14:textId="77777777" w:rsidR="00077151" w:rsidRDefault="00077151" w:rsidP="005B2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30120" w14:textId="77777777" w:rsidR="005B22AC" w:rsidRDefault="005B22AC" w:rsidP="005B22AC">
    <w:pPr>
      <w:pStyle w:val="NormalWeb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B277B7" wp14:editId="6BA77D0C">
          <wp:simplePos x="0" y="0"/>
          <wp:positionH relativeFrom="column">
            <wp:posOffset>-243840</wp:posOffset>
          </wp:positionH>
          <wp:positionV relativeFrom="paragraph">
            <wp:posOffset>-457200</wp:posOffset>
          </wp:positionV>
          <wp:extent cx="6609096" cy="781050"/>
          <wp:effectExtent l="0" t="0" r="1270" b="0"/>
          <wp:wrapThrough wrapText="bothSides">
            <wp:wrapPolygon edited="0">
              <wp:start x="0" y="0"/>
              <wp:lineTo x="0" y="21073"/>
              <wp:lineTo x="21542" y="21073"/>
              <wp:lineTo x="2154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9096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EF2B14" w14:textId="77777777" w:rsidR="005B22AC" w:rsidRDefault="005B22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151"/>
    <w:rsid w:val="0015074B"/>
    <w:rsid w:val="0029639D"/>
    <w:rsid w:val="00326F90"/>
    <w:rsid w:val="005B22AC"/>
    <w:rsid w:val="007A11DD"/>
    <w:rsid w:val="007E5E8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30C91"/>
  <w14:defaultImageDpi w14:val="300"/>
  <w15:docId w15:val="{32C47D36-69C9-4924-A557-A1CD8B8B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2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5B2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55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5F53E4-8CD9-4D9F-87C4-F9B754AE1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492</Words>
  <Characters>2710</Characters>
  <Application>Microsoft Office Word</Application>
  <DocSecurity>0</DocSecurity>
  <Lines>22</Lines>
  <Paragraphs>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Datos del postulante y del llamado</vt:lpstr>
      <vt:lpstr>Cargo o actividad actual que podría resultar incompatible</vt:lpstr>
      <vt:lpstr>Declaración y compromiso</vt:lpstr>
      <vt:lpstr/>
    </vt:vector>
  </TitlesOfParts>
  <Manager/>
  <Company/>
  <LinksUpToDate>false</LinksUpToDate>
  <CharactersWithSpaces>3196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MiPc</cp:lastModifiedBy>
  <cp:revision>2</cp:revision>
  <cp:lastPrinted>2026-10-23T15:25:00Z</cp:lastPrinted>
  <dcterms:created xsi:type="dcterms:W3CDTF">2013-12-23T23:15:00Z</dcterms:created>
  <dcterms:modified xsi:type="dcterms:W3CDTF">2026-10-23T16:11:00Z</dcterms:modified>
  <cp:category/>
</cp:coreProperties>
</file>